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ook w:firstColumn="1" w:firstRow="1" w:lastColumn="0" w:lastRow="0" w:noHBand="0" w:noVBand="1" w:val="04A0"/>
        <w:tblW w:w="10080" w:type="dxa"/>
        <w:tblLayout w:type="fixed"/>
      </w:tblPr>
      <w:tblGrid>
        <w:gridCol w:w="2016"/>
        <w:gridCol w:w="4464"/>
        <w:gridCol w:w="3600"/>
      </w:tblGrid>
      <w:tr>
        <w:trPr>
          <w:trHeight w:val="1728"/>
        </w:trPr>
        <w:tc>
          <w:tcPr>
            <w:tcW w:type="dxa" w:w="201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Your logo</w:t>
            </w:r>
          </w:p>
        </w:tc>
        <w:tc>
          <w:tcPr>
            <w:tcW w:type="dxa" w:w="4464"/>
          </w:tcPr>
          <w:p>
            <w:r>
              <w:rPr>
                <w:rFonts w:ascii="Arial" w:hAnsi="Arial"/>
                <w:b/>
                <w:i w:val="0"/>
                <w:color w:val="111827"/>
                <w:sz w:val="40"/>
              </w:rPr>
              <w:t>Your company name</w:t>
            </w:r>
          </w:p>
          <w:p>
            <w:pPr>
              <w:tabs>
                <w:tab w:pos="424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Address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424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Phone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424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Email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424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License # / registration #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</w:tc>
        <w:tc>
          <w:tcPr>
            <w:tcW w:type="dxa" w:w="3600"/>
          </w:tcPr>
          <w:p>
            <w:pPr>
              <w:jc w:val="right"/>
            </w:pPr>
            <w:r>
              <w:rPr>
                <w:rFonts w:ascii="Arial" w:hAnsi="Arial"/>
                <w:b/>
                <w:i w:val="0"/>
                <w:color w:val="1F2937"/>
                <w:sz w:val="32"/>
              </w:rPr>
              <w:t>INSPECTION REPORT</w:t>
            </w:r>
          </w:p>
        </w:tc>
      </w:tr>
    </w:tbl>
    <w:p/>
    <w:p>
      <w:pPr>
        <w:spacing w:before="160" w:after="8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JOB</w:t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Customer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Property address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Date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Inspector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Weather at inspection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Roof type   </w:t>
      </w:r>
      <w:r>
        <w:rPr>
          <w:rFonts w:ascii="Arial" w:hAnsi="Arial"/>
          <w:b w:val="0"/>
          <w:i w:val="0"/>
          <w:color w:val="111827"/>
          <w:sz w:val="20"/>
        </w:rPr>
        <w:t>☐ Pitched   ☐ Low slope   ☐ Flat</w:t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Material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Approx age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Layers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Stories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Access   </w:t>
      </w:r>
      <w:r>
        <w:rPr>
          <w:rFonts w:ascii="Arial" w:hAnsi="Arial"/>
          <w:b w:val="0"/>
          <w:i w:val="0"/>
          <w:color w:val="111827"/>
          <w:sz w:val="20"/>
        </w:rPr>
        <w:t>☐ Walked   ☐ Ladder at eaves   ☐ Drone   ☐ Ground</w:t>
      </w:r>
    </w:p>
    <w:p>
      <w:pPr>
        <w:spacing w:before="160" w:after="8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SUMMARY</w:t>
      </w:r>
    </w:p>
    <w:p>
      <w:pPr>
        <w:spacing w:before="0" w:after="80"/>
      </w:pPr>
      <w:r>
        <w:rPr>
          <w:rFonts w:ascii="Arial" w:hAnsi="Arial"/>
          <w:b w:val="0"/>
          <w:i/>
          <w:color w:val="6B7280"/>
          <w:sz w:val="18"/>
        </w:rPr>
        <w:t>Fill in: this box last, after the checklist and photos.</w:t>
      </w:r>
    </w:p>
    <w:p>
      <w:pPr>
        <w:spacing w:before="0" w:after="160"/>
      </w:pPr>
      <w:r>
        <w:rPr>
          <w:rFonts w:ascii="Arial" w:hAnsi="Arial"/>
          <w:b w:val="0"/>
          <w:i w:val="0"/>
          <w:color w:val="111827"/>
          <w:sz w:val="20"/>
        </w:rPr>
        <w:t xml:space="preserve">Overall condition   </w:t>
      </w:r>
      <w:r>
        <w:rPr>
          <w:rFonts w:ascii="Arial" w:hAnsi="Arial"/>
          <w:b w:val="0"/>
          <w:i w:val="0"/>
          <w:color w:val="111827"/>
          <w:sz w:val="20"/>
        </w:rPr>
        <w:t>☐ Good   ☐ Fair   ☐ Poor   ☐ Replace</w:t>
      </w:r>
    </w:p>
    <w:p>
      <w:pPr>
        <w:spacing w:before="40" w:after="80"/>
      </w:pPr>
      <w:r>
        <w:rPr>
          <w:rFonts w:ascii="Arial" w:hAnsi="Arial"/>
          <w:b/>
          <w:i w:val="0"/>
          <w:color w:val="111827"/>
          <w:sz w:val="20"/>
        </w:rPr>
        <w:t>Recommended action:</w:t>
      </w:r>
    </w:p>
    <w:p>
      <w:pPr>
        <w:tabs>
          <w:tab w:pos="10080" w:val="right" w:leader="underscore"/>
        </w:tabs>
        <w:spacing w:before="0" w:after="140"/>
      </w:pP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before="0" w:after="140"/>
      </w:pP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before="0" w:after="140"/>
      </w:pP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spacing w:before="80" w:after="80"/>
      </w:pPr>
      <w:r>
        <w:rPr>
          <w:rFonts w:ascii="Arial" w:hAnsi="Arial"/>
          <w:b/>
          <w:i w:val="0"/>
          <w:color w:val="111827"/>
          <w:sz w:val="20"/>
        </w:rPr>
        <w:t>Urgent items:</w:t>
      </w:r>
    </w:p>
    <w:p>
      <w:pPr>
        <w:tabs>
          <w:tab w:pos="10080" w:val="right" w:leader="underscore"/>
        </w:tabs>
        <w:spacing w:before="0" w:after="140"/>
      </w:pP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before="0" w:after="140"/>
      </w:pP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spacing w:before="0" w:after="80"/>
        <w:pageBreakBefore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CHECKLIST</w:t>
      </w:r>
    </w:p>
    <w:p>
      <w:pPr>
        <w:spacing w:before="0" w:after="60"/>
      </w:pPr>
      <w:r>
        <w:rPr>
          <w:rFonts w:ascii="Arial" w:hAnsi="Arial"/>
          <w:b w:val="0"/>
          <w:i/>
          <w:color w:val="6B7280"/>
          <w:sz w:val="18"/>
        </w:rPr>
        <w:t>Fill in: tick one box per row. Use Notes for where and how bad.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096"/>
        <w:gridCol w:w="648"/>
        <w:gridCol w:w="648"/>
        <w:gridCol w:w="648"/>
        <w:gridCol w:w="648"/>
        <w:gridCol w:w="4392"/>
      </w:tblGrid>
      <w:tr>
        <w:trPr>
          <w:trHeight w:val="260" w:hRule="exact"/>
        </w:trPr>
        <w:tc>
          <w:tcPr>
            <w:tcW w:type="dxa" w:w="3096"/>
            <w:shd w:val="clear" w:color="auto" w:fill="1F2937"/>
            <w:vMerge w:val="restart"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Area</w:t>
            </w:r>
          </w:p>
        </w:tc>
        <w:tc>
          <w:tcPr>
            <w:tcW w:type="dxa" w:w="2592"/>
            <w:shd w:val="clear" w:color="auto" w:fill="1F2937"/>
            <w:gridSpan w:val="4"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Condition</w:t>
            </w:r>
          </w:p>
        </w:tc>
        <w:tc>
          <w:tcPr>
            <w:tcW w:type="dxa" w:w="4392"/>
            <w:shd w:val="clear" w:color="auto" w:fill="1F2937"/>
            <w:vMerge w:val="restart"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Notes</w:t>
            </w:r>
          </w:p>
        </w:tc>
      </w:tr>
      <w:tr>
        <w:trPr>
          <w:trHeight w:val="260" w:hRule="exact"/>
        </w:trPr>
        <w:tc>
          <w:tcPr>
            <w:tcW w:type="dxa" w:w="3096"/>
            <w:shd w:val="clear" w:color="auto" w:fill="1F2937"/>
            <w:vMerge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</w:tcPr>
          <w:p/>
        </w:tc>
        <w:tc>
          <w:tcPr>
            <w:tcW w:type="dxa" w:w="648"/>
            <w:shd w:val="clear" w:color="auto" w:fill="1F2937"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OK</w:t>
            </w:r>
          </w:p>
        </w:tc>
        <w:tc>
          <w:tcPr>
            <w:tcW w:type="dxa" w:w="648"/>
            <w:shd w:val="clear" w:color="auto" w:fill="1F2937"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Fair</w:t>
            </w:r>
          </w:p>
        </w:tc>
        <w:tc>
          <w:tcPr>
            <w:tcW w:type="dxa" w:w="648"/>
            <w:shd w:val="clear" w:color="auto" w:fill="1F2937"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Poor</w:t>
            </w:r>
          </w:p>
        </w:tc>
        <w:tc>
          <w:tcPr>
            <w:tcW w:type="dxa" w:w="648"/>
            <w:shd w:val="clear" w:color="auto" w:fill="1F2937"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4392"/>
            <w:shd w:val="clear" w:color="auto" w:fill="1F2937"/>
            <w:vMerge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</w:tcPr>
          <w:p/>
        </w:tc>
      </w:tr>
      <w:tr>
        <w:trPr>
          <w:trHeight w:val="264" w:hRule="exact"/>
        </w:trPr>
        <w:tc>
          <w:tcPr>
            <w:tcW w:type="dxa" w:w="10080"/>
            <w:gridSpan w:val="6"/>
            <w:shd w:val="clear" w:color="auto" w:fill="F3F4F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17"/>
              </w:rPr>
              <w:t>Roof surface</w:t>
            </w:r>
          </w:p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Shingles or membrane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Granule loss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Cracking or blistering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Missing or lifted pieces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Exposed nails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Moss or debris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Ponding (flat roofs)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10080"/>
            <w:gridSpan w:val="6"/>
            <w:shd w:val="clear" w:color="auto" w:fill="F3F4F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17"/>
              </w:rPr>
              <w:t>Edges and penetrations</w:t>
            </w:r>
          </w:p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Drip edge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Starter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Pipe boots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Vents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Chimney flashing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Step and counter flashing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Skylights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Satellite or solar mounts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10080"/>
            <w:gridSpan w:val="6"/>
            <w:shd w:val="clear" w:color="auto" w:fill="F3F4F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17"/>
              </w:rPr>
              <w:t>Ridge, hips and valleys</w:t>
            </w:r>
          </w:p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Ridge cap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Ridge vent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Hip cap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Valley metal or weave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10080"/>
            <w:gridSpan w:val="6"/>
            <w:shd w:val="clear" w:color="auto" w:fill="F3F4F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17"/>
              </w:rPr>
              <w:t>Drainage</w:t>
            </w:r>
          </w:p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Gutters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Downspouts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Scuppers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Splash blocks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10080"/>
            <w:gridSpan w:val="6"/>
            <w:shd w:val="clear" w:color="auto" w:fill="F3F4F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17"/>
              </w:rPr>
              <w:t>Ventilation</w:t>
            </w:r>
          </w:p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Intake (soffit)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Exhaust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Attic airflow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10080"/>
            <w:gridSpan w:val="6"/>
            <w:shd w:val="clear" w:color="auto" w:fill="F3F4F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17"/>
              </w:rPr>
              <w:t>Attic and interior (if accessed)</w:t>
            </w:r>
          </w:p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Water stains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Daylight through decking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Insulation wet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264" w:hRule="exact"/>
        </w:trPr>
        <w:tc>
          <w:tcPr>
            <w:tcW w:type="dxa" w:w="309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i w:val="0"/>
                <w:color w:val="111827"/>
                <w:sz w:val="17"/>
              </w:rPr>
              <w:t>Decking soft spots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648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☐</w:t>
            </w:r>
          </w:p>
        </w:tc>
        <w:tc>
          <w:tcPr>
            <w:tcW w:type="dxa" w:w="4392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</w:tbl>
    <w:p>
      <w:pPr>
        <w:spacing w:before="0" w:after="0" w:line="40" w:lineRule="exact"/>
      </w:pPr>
      <w:r>
        <w:rPr>
          <w:rFonts w:ascii="Arial" w:hAnsi="Arial"/>
          <w:b w:val="0"/>
          <w:i w:val="0"/>
          <w:color w:val="111827"/>
          <w:sz w:val="4"/>
        </w:rPr>
      </w:r>
    </w:p>
    <w:p>
      <w:pPr>
        <w:spacing w:before="160" w:after="8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STORM DAMAGE</w:t>
      </w:r>
    </w:p>
    <w:p>
      <w:pPr>
        <w:tabs>
          <w:tab w:pos="5544" w:val="left"/>
          <w:tab w:pos="6408" w:val="left" w:leader="underscore"/>
          <w:tab w:pos="6696" w:val="left"/>
          <w:tab w:pos="7560" w:val="left" w:leader="underscore"/>
          <w:tab w:pos="7848" w:val="left"/>
          <w:tab w:pos="8712" w:val="left" w:leader="underscore"/>
          <w:tab w:pos="9000" w:val="left"/>
          <w:tab w:pos="9864" w:val="lef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18"/>
        </w:rPr>
        <w:t xml:space="preserve">Hail hits per test square (10×10 ft) on each slope: </w:t>
      </w:r>
      <w:r>
        <w:rPr>
          <w:rFonts w:ascii="Arial" w:hAnsi="Arial"/>
          <w:b w:val="0"/>
          <w:i w:val="0"/>
          <w:color w:val="111827"/>
          <w:sz w:val="18"/>
        </w:rPr>
        <w:tab/>
        <w:t xml:space="preserve">N </w:t>
        <w:tab/>
        <w:tab/>
        <w:t xml:space="preserve">S </w:t>
        <w:tab/>
        <w:tab/>
        <w:t xml:space="preserve">E </w:t>
        <w:tab/>
        <w:tab/>
        <w:t xml:space="preserve">W </w:t>
        <w:tab/>
      </w:r>
    </w:p>
    <w:p>
      <w:pPr>
        <w:tabs>
          <w:tab w:pos="4752" w:val="left" w:leader="underscore"/>
          <w:tab w:pos="5184" w:val="left"/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18"/>
        </w:rPr>
        <w:t xml:space="preserve">Wind-creased shingles (count) </w:t>
        <w:tab/>
        <w:tab/>
        <w:t xml:space="preserve">Date of storm </w:t>
        <w:tab/>
      </w:r>
    </w:p>
    <w:p>
      <w:pPr>
        <w:spacing w:before="0" w:after="80"/>
      </w:pPr>
      <w:r>
        <w:rPr>
          <w:rFonts w:ascii="Arial" w:hAnsi="Arial"/>
          <w:b w:val="0"/>
          <w:i w:val="0"/>
          <w:color w:val="111827"/>
          <w:sz w:val="18"/>
        </w:rPr>
        <w:t xml:space="preserve">Collateral damage (gutters, screens, AC fins, paint)   </w:t>
      </w:r>
      <w:r>
        <w:rPr>
          <w:rFonts w:ascii="Arial" w:hAnsi="Arial"/>
          <w:b w:val="0"/>
          <w:i w:val="0"/>
          <w:color w:val="111827"/>
          <w:sz w:val="18"/>
        </w:rPr>
        <w:t>☐ Yes</w:t>
      </w:r>
    </w:p>
    <w:p>
      <w:pPr>
        <w:spacing w:before="0" w:after="0"/>
      </w:pPr>
      <w:r>
        <w:rPr>
          <w:rFonts w:ascii="Arial" w:hAnsi="Arial"/>
          <w:b w:val="0"/>
          <w:i/>
          <w:color w:val="111827"/>
          <w:sz w:val="17"/>
        </w:rPr>
        <w:t>Insurers often count hail hits per test square. Mark each slope.</w:t>
      </w:r>
    </w:p>
    <w:p>
      <w:pPr>
        <w:spacing w:before="0" w:after="80"/>
        <w:pageBreakBefore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PHOTO LOG</w:t>
      </w:r>
    </w:p>
    <w:p>
      <w:pPr>
        <w:spacing w:before="0" w:after="60"/>
      </w:pPr>
      <w:r>
        <w:rPr>
          <w:rFonts w:ascii="Arial" w:hAnsi="Arial"/>
          <w:b w:val="0"/>
          <w:i/>
          <w:color w:val="6B7280"/>
          <w:sz w:val="18"/>
        </w:rPr>
        <w:t>Fill in: one photo per box. Use the photo # in the checklist Notes.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4860"/>
        <w:gridCol w:w="360"/>
        <w:gridCol w:w="4860"/>
      </w:tblGrid>
      <w:tr>
        <w:trPr>
          <w:trHeight w:val="1987" w:hRule="exact"/>
        </w:trPr>
        <w:tc>
          <w:tcPr>
            <w:tcW w:type="dxa" w:w="48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</w:t>
            </w:r>
          </w:p>
        </w:tc>
        <w:tc>
          <w:tcPr>
            <w:tcW w:type="dxa" w:w="360"/>
          </w:tcPr>
          <w:p/>
        </w:tc>
        <w:tc>
          <w:tcPr>
            <w:tcW w:type="dxa" w:w="48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</w:t>
            </w:r>
          </w:p>
        </w:tc>
      </w:tr>
      <w:tr>
        <w:trPr>
          <w:trHeight w:val="640" w:hRule="exact"/>
        </w:trPr>
        <w:tc>
          <w:tcPr>
            <w:tcW w:type="dxa" w:w="4860"/>
            <w:vAlign w:val="top"/>
          </w:tcPr>
          <w:p>
            <w:pPr>
              <w:tabs>
                <w:tab w:pos="2243" w:val="right" w:leader="underscore"/>
                <w:tab w:pos="2358" w:val="left"/>
                <w:tab w:pos="4601" w:val="right" w:leader="underscore"/>
              </w:tabs>
              <w:spacing w:before="4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Photo # </w:t>
              <w:tab/>
              <w:tab/>
              <w:t xml:space="preserve">Location </w:t>
              <w:tab/>
            </w:r>
          </w:p>
          <w:p>
            <w:pPr>
              <w:tabs>
                <w:tab w:pos="4601" w:val="right" w:leader="underscore"/>
              </w:tabs>
              <w:spacing w:before="2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What it shows </w:t>
              <w:tab/>
            </w:r>
          </w:p>
        </w:tc>
        <w:tc>
          <w:tcPr>
            <w:tcW w:type="dxa" w:w="360"/>
          </w:tcPr>
          <w:p/>
        </w:tc>
        <w:tc>
          <w:tcPr>
            <w:tcW w:type="dxa" w:w="4860"/>
            <w:vAlign w:val="top"/>
          </w:tcPr>
          <w:p>
            <w:pPr>
              <w:tabs>
                <w:tab w:pos="2243" w:val="right" w:leader="underscore"/>
                <w:tab w:pos="2358" w:val="left"/>
                <w:tab w:pos="4601" w:val="right" w:leader="underscore"/>
              </w:tabs>
              <w:spacing w:before="4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Photo # </w:t>
              <w:tab/>
              <w:tab/>
              <w:t xml:space="preserve">Location </w:t>
              <w:tab/>
            </w:r>
          </w:p>
          <w:p>
            <w:pPr>
              <w:tabs>
                <w:tab w:pos="4601" w:val="right" w:leader="underscore"/>
              </w:tabs>
              <w:spacing w:before="2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What it shows </w:t>
              <w:tab/>
            </w:r>
          </w:p>
        </w:tc>
      </w:tr>
      <w:tr>
        <w:trPr>
          <w:trHeight w:val="1987" w:hRule="exact"/>
        </w:trPr>
        <w:tc>
          <w:tcPr>
            <w:tcW w:type="dxa" w:w="48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</w:t>
            </w:r>
          </w:p>
        </w:tc>
        <w:tc>
          <w:tcPr>
            <w:tcW w:type="dxa" w:w="360"/>
          </w:tcPr>
          <w:p/>
        </w:tc>
        <w:tc>
          <w:tcPr>
            <w:tcW w:type="dxa" w:w="48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</w:t>
            </w:r>
          </w:p>
        </w:tc>
      </w:tr>
      <w:tr>
        <w:trPr>
          <w:trHeight w:val="640" w:hRule="exact"/>
        </w:trPr>
        <w:tc>
          <w:tcPr>
            <w:tcW w:type="dxa" w:w="4860"/>
            <w:vAlign w:val="top"/>
          </w:tcPr>
          <w:p>
            <w:pPr>
              <w:tabs>
                <w:tab w:pos="2243" w:val="right" w:leader="underscore"/>
                <w:tab w:pos="2358" w:val="left"/>
                <w:tab w:pos="4601" w:val="right" w:leader="underscore"/>
              </w:tabs>
              <w:spacing w:before="4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Photo # </w:t>
              <w:tab/>
              <w:tab/>
              <w:t xml:space="preserve">Location </w:t>
              <w:tab/>
            </w:r>
          </w:p>
          <w:p>
            <w:pPr>
              <w:tabs>
                <w:tab w:pos="4601" w:val="right" w:leader="underscore"/>
              </w:tabs>
              <w:spacing w:before="2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What it shows </w:t>
              <w:tab/>
            </w:r>
          </w:p>
        </w:tc>
        <w:tc>
          <w:tcPr>
            <w:tcW w:type="dxa" w:w="360"/>
          </w:tcPr>
          <w:p/>
        </w:tc>
        <w:tc>
          <w:tcPr>
            <w:tcW w:type="dxa" w:w="4860"/>
            <w:vAlign w:val="top"/>
          </w:tcPr>
          <w:p>
            <w:pPr>
              <w:tabs>
                <w:tab w:pos="2243" w:val="right" w:leader="underscore"/>
                <w:tab w:pos="2358" w:val="left"/>
                <w:tab w:pos="4601" w:val="right" w:leader="underscore"/>
              </w:tabs>
              <w:spacing w:before="4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Photo # </w:t>
              <w:tab/>
              <w:tab/>
              <w:t xml:space="preserve">Location </w:t>
              <w:tab/>
            </w:r>
          </w:p>
          <w:p>
            <w:pPr>
              <w:tabs>
                <w:tab w:pos="4601" w:val="right" w:leader="underscore"/>
              </w:tabs>
              <w:spacing w:before="2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What it shows </w:t>
              <w:tab/>
            </w:r>
          </w:p>
        </w:tc>
      </w:tr>
      <w:tr>
        <w:trPr>
          <w:trHeight w:val="1987" w:hRule="exact"/>
        </w:trPr>
        <w:tc>
          <w:tcPr>
            <w:tcW w:type="dxa" w:w="48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</w:t>
            </w:r>
          </w:p>
        </w:tc>
        <w:tc>
          <w:tcPr>
            <w:tcW w:type="dxa" w:w="360"/>
          </w:tcPr>
          <w:p/>
        </w:tc>
        <w:tc>
          <w:tcPr>
            <w:tcW w:type="dxa" w:w="48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</w:t>
            </w:r>
          </w:p>
        </w:tc>
      </w:tr>
      <w:tr>
        <w:trPr>
          <w:trHeight w:val="640" w:hRule="exact"/>
        </w:trPr>
        <w:tc>
          <w:tcPr>
            <w:tcW w:type="dxa" w:w="4860"/>
            <w:vAlign w:val="top"/>
          </w:tcPr>
          <w:p>
            <w:pPr>
              <w:tabs>
                <w:tab w:pos="2243" w:val="right" w:leader="underscore"/>
                <w:tab w:pos="2358" w:val="left"/>
                <w:tab w:pos="4601" w:val="right" w:leader="underscore"/>
              </w:tabs>
              <w:spacing w:before="4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Photo # </w:t>
              <w:tab/>
              <w:tab/>
              <w:t xml:space="preserve">Location </w:t>
              <w:tab/>
            </w:r>
          </w:p>
          <w:p>
            <w:pPr>
              <w:tabs>
                <w:tab w:pos="4601" w:val="right" w:leader="underscore"/>
              </w:tabs>
              <w:spacing w:before="2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What it shows </w:t>
              <w:tab/>
            </w:r>
          </w:p>
        </w:tc>
        <w:tc>
          <w:tcPr>
            <w:tcW w:type="dxa" w:w="360"/>
          </w:tcPr>
          <w:p/>
        </w:tc>
        <w:tc>
          <w:tcPr>
            <w:tcW w:type="dxa" w:w="4860"/>
            <w:vAlign w:val="top"/>
          </w:tcPr>
          <w:p>
            <w:pPr>
              <w:tabs>
                <w:tab w:pos="2243" w:val="right" w:leader="underscore"/>
                <w:tab w:pos="2358" w:val="left"/>
                <w:tab w:pos="4601" w:val="right" w:leader="underscore"/>
              </w:tabs>
              <w:spacing w:before="4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Photo # </w:t>
              <w:tab/>
              <w:tab/>
              <w:t xml:space="preserve">Location </w:t>
              <w:tab/>
            </w:r>
          </w:p>
          <w:p>
            <w:pPr>
              <w:tabs>
                <w:tab w:pos="4601" w:val="right" w:leader="underscore"/>
              </w:tabs>
              <w:spacing w:before="2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What it shows </w:t>
              <w:tab/>
            </w:r>
          </w:p>
        </w:tc>
      </w:tr>
      <w:tr>
        <w:trPr>
          <w:trHeight w:val="1987" w:hRule="exact"/>
        </w:trPr>
        <w:tc>
          <w:tcPr>
            <w:tcW w:type="dxa" w:w="48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</w:t>
            </w:r>
          </w:p>
        </w:tc>
        <w:tc>
          <w:tcPr>
            <w:tcW w:type="dxa" w:w="360"/>
          </w:tcPr>
          <w:p/>
        </w:tc>
        <w:tc>
          <w:tcPr>
            <w:tcW w:type="dxa" w:w="48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</w:t>
            </w:r>
          </w:p>
        </w:tc>
      </w:tr>
      <w:tr>
        <w:trPr>
          <w:trHeight w:val="640" w:hRule="exact"/>
        </w:trPr>
        <w:tc>
          <w:tcPr>
            <w:tcW w:type="dxa" w:w="4860"/>
            <w:vAlign w:val="top"/>
          </w:tcPr>
          <w:p>
            <w:pPr>
              <w:tabs>
                <w:tab w:pos="2243" w:val="right" w:leader="underscore"/>
                <w:tab w:pos="2358" w:val="left"/>
                <w:tab w:pos="4601" w:val="right" w:leader="underscore"/>
              </w:tabs>
              <w:spacing w:before="4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Photo # </w:t>
              <w:tab/>
              <w:tab/>
              <w:t xml:space="preserve">Location </w:t>
              <w:tab/>
            </w:r>
          </w:p>
          <w:p>
            <w:pPr>
              <w:tabs>
                <w:tab w:pos="4601" w:val="right" w:leader="underscore"/>
              </w:tabs>
              <w:spacing w:before="2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What it shows </w:t>
              <w:tab/>
            </w:r>
          </w:p>
        </w:tc>
        <w:tc>
          <w:tcPr>
            <w:tcW w:type="dxa" w:w="360"/>
          </w:tcPr>
          <w:p/>
        </w:tc>
        <w:tc>
          <w:tcPr>
            <w:tcW w:type="dxa" w:w="4860"/>
            <w:vAlign w:val="top"/>
          </w:tcPr>
          <w:p>
            <w:pPr>
              <w:tabs>
                <w:tab w:pos="2243" w:val="right" w:leader="underscore"/>
                <w:tab w:pos="2358" w:val="left"/>
                <w:tab w:pos="4601" w:val="right" w:leader="underscore"/>
              </w:tabs>
              <w:spacing w:before="4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Photo # </w:t>
              <w:tab/>
              <w:tab/>
              <w:t xml:space="preserve">Location </w:t>
              <w:tab/>
            </w:r>
          </w:p>
          <w:p>
            <w:pPr>
              <w:tabs>
                <w:tab w:pos="4601" w:val="right" w:leader="underscore"/>
              </w:tabs>
              <w:spacing w:before="2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What it shows </w:t>
              <w:tab/>
            </w:r>
          </w:p>
        </w:tc>
      </w:tr>
    </w:tbl>
    <w:p>
      <w:pPr>
        <w:spacing w:before="0" w:after="0" w:line="40" w:lineRule="exact"/>
      </w:pPr>
      <w:r>
        <w:rPr>
          <w:rFonts w:ascii="Arial" w:hAnsi="Arial"/>
          <w:b w:val="0"/>
          <w:i w:val="0"/>
          <w:color w:val="111827"/>
          <w:sz w:val="4"/>
        </w:rPr>
      </w:r>
    </w:p>
    <w:p>
      <w:pPr>
        <w:spacing w:before="160" w:after="8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SIGN-OFF</w:t>
      </w:r>
    </w:p>
    <w:p>
      <w:pPr>
        <w:tabs>
          <w:tab w:pos="10080" w:val="right" w:leader="underscore"/>
        </w:tabs>
        <w:spacing w:before="160" w:after="0"/>
      </w:pPr>
      <w:r>
        <w:rPr>
          <w:rFonts w:ascii="Arial" w:hAnsi="Arial"/>
          <w:b w:val="0"/>
          <w:i w:val="0"/>
          <w:color w:val="111827"/>
          <w:sz w:val="20"/>
        </w:rPr>
        <w:t xml:space="preserve">Inspector name </w:t>
        <w:tab/>
      </w:r>
    </w:p>
    <w:p>
      <w:pPr>
        <w:tabs>
          <w:tab w:pos="6192" w:val="left" w:leader="underscore"/>
          <w:tab w:pos="6624" w:val="left"/>
          <w:tab w:pos="10080" w:val="right" w:leader="underscore"/>
        </w:tabs>
        <w:spacing w:before="320" w:after="0"/>
      </w:pPr>
      <w:r>
        <w:rPr>
          <w:rFonts w:ascii="Arial" w:hAnsi="Arial"/>
          <w:b w:val="0"/>
          <w:i w:val="0"/>
          <w:color w:val="111827"/>
          <w:sz w:val="20"/>
        </w:rPr>
        <w:t xml:space="preserve">Signature </w:t>
        <w:tab/>
        <w:tab/>
        <w:t xml:space="preserve">Date </w:t>
        <w:tab/>
      </w:r>
    </w:p>
    <w:p>
      <w:pPr>
        <w:spacing w:before="200" w:after="0"/>
      </w:pPr>
      <w:r>
        <w:rPr>
          <w:rFonts w:ascii="Arial" w:hAnsi="Arial"/>
          <w:b w:val="0"/>
          <w:i/>
          <w:color w:val="111827"/>
          <w:sz w:val="18"/>
        </w:rPr>
        <w:t>This report describes what the inspector could see on the date above. It is not a warranty.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B7280"/>
        <w:sz w:val="14"/>
      </w:rPr>
      <w:t>Template by The Roofing List · theroofinglist.com/for-roofers/templates/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 inspection report</dc:title>
  <dc:subject>Roof inspection checklist and report template</dc:subject>
  <dc:creator/>
  <cp:keywords/>
  <dc:description>Template by The Roofing List · theroofinglist.com/for-roofers/templates/ · CC BY 4.0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