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2160"/>
        <w:gridCol w:w="288"/>
        <w:gridCol w:w="7632"/>
      </w:tblGrid>
      <w:tr>
        <w:trPr>
          <w:trHeight w:val="1728" w:hRule="exact"/>
        </w:trPr>
        <w:tc>
          <w:tcPr>
            <w:tcW w:type="dxa" w:w="21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Your logo</w:t>
            </w:r>
          </w:p>
        </w:tc>
        <w:tc>
          <w:tcPr>
            <w:tcW w:type="dxa" w:w="288"/>
          </w:tcPr>
          <w:p/>
        </w:tc>
        <w:tc>
          <w:tcPr>
            <w:tcW w:type="dxa" w:w="7632"/>
            <w:vAlign w:val="center"/>
          </w:tcPr>
          <w:p>
            <w:pPr>
              <w:spacing w:before="0" w:after="20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40"/>
              </w:rPr>
              <w:t>Your company name</w:t>
            </w:r>
          </w:p>
          <w:p>
            <w:pPr>
              <w:tabs>
                <w:tab w:pos="748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License # / registration #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</w:tc>
      </w:tr>
    </w:tbl>
    <w:p>
      <w:pPr>
        <w:spacing w:before="0" w:after="0" w:line="40" w:lineRule="exact"/>
      </w:pPr>
      <w:r>
        <w:rPr>
          <w:rFonts w:ascii="Arial" w:hAnsi="Arial"/>
          <w:b w:val="0"/>
          <w:i w:val="0"/>
          <w:color w:val="111827"/>
          <w:sz w:val="4"/>
        </w:rPr>
      </w:r>
    </w:p>
    <w:p>
      <w:pPr>
        <w:tabs>
          <w:tab w:pos="10080" w:val="right" w:leader="underscore"/>
        </w:tabs>
        <w:spacing w:before="800" w:after="0"/>
      </w:pPr>
      <w:r>
        <w:rPr>
          <w:rFonts w:ascii="Arial" w:hAnsi="Arial"/>
          <w:b/>
          <w:i w:val="0"/>
          <w:color w:val="1F2937"/>
          <w:sz w:val="32"/>
        </w:rPr>
        <w:t xml:space="preserve">Roofing proposal for </w:t>
      </w:r>
      <w:r>
        <w:rPr>
          <w:rFonts w:ascii="Arial" w:hAnsi="Arial"/>
          <w:b w:val="0"/>
          <w:i w:val="0"/>
          <w:color w:val="111827"/>
          <w:sz w:val="32"/>
        </w:rPr>
        <w:tab/>
      </w:r>
    </w:p>
    <w:p>
      <w:pPr>
        <w:spacing w:before="0" w:after="280"/>
        <w:jc w:val="right"/>
      </w:pPr>
      <w:r>
        <w:rPr>
          <w:rFonts w:ascii="Arial" w:hAnsi="Arial"/>
          <w:b w:val="0"/>
          <w:i/>
          <w:color w:val="6B7280"/>
          <w:sz w:val="18"/>
        </w:rPr>
        <w:t>Fill in: Customer name</w:t>
      </w:r>
    </w:p>
    <w:p>
      <w:pPr>
        <w:tabs>
          <w:tab w:pos="10080" w:val="right" w:leader="underscore"/>
        </w:tabs>
        <w:spacing w:after="100"/>
      </w:pPr>
      <w:r>
        <w:rPr>
          <w:rFonts w:ascii="Arial" w:hAnsi="Arial"/>
          <w:b w:val="0"/>
          <w:i w:val="0"/>
          <w:color w:val="111827"/>
          <w:sz w:val="20"/>
        </w:rPr>
        <w:t xml:space="preserve">Job address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after="100"/>
      </w:pPr>
      <w:r>
        <w:rPr>
          <w:rFonts w:ascii="Arial" w:hAnsi="Arial"/>
          <w:b w:val="0"/>
          <w:i w:val="0"/>
          <w:color w:val="111827"/>
          <w:sz w:val="20"/>
        </w:rPr>
        <w:t xml:space="preserve">Date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PREPARED BY</w:t>
      </w:r>
    </w:p>
    <w:p>
      <w:pPr>
        <w:tabs>
          <w:tab w:pos="10080" w:val="right" w:leader="underscore"/>
        </w:tabs>
        <w:spacing w:after="100"/>
      </w:pPr>
      <w:r>
        <w:rPr>
          <w:rFonts w:ascii="Arial" w:hAnsi="Arial"/>
          <w:b w:val="0"/>
          <w:i w:val="0"/>
          <w:color w:val="111827"/>
          <w:sz w:val="20"/>
        </w:rPr>
        <w:t xml:space="preserve">Name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after="100"/>
      </w:pPr>
      <w:r>
        <w:rPr>
          <w:rFonts w:ascii="Arial" w:hAnsi="Arial"/>
          <w:b w:val="0"/>
          <w:i w:val="0"/>
          <w:color w:val="111827"/>
          <w:sz w:val="20"/>
        </w:rPr>
        <w:t xml:space="preserve">Phone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after="100"/>
      </w:pPr>
      <w:r>
        <w:rPr>
          <w:rFonts w:ascii="Arial" w:hAnsi="Arial"/>
          <w:b w:val="0"/>
          <w:i w:val="0"/>
          <w:color w:val="111827"/>
          <w:sz w:val="20"/>
        </w:rPr>
        <w:t xml:space="preserve">Email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pacing w:before="12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10080"/>
      </w:tblGrid>
      <w:tr>
        <w:trPr>
          <w:trHeight w:val="5328" w:hRule="exact"/>
        </w:trPr>
        <w:tc>
          <w:tcPr>
            <w:tcW w:type="dxa" w:w="1008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 of the home (optional)</w:t>
            </w:r>
          </w:p>
        </w:tc>
      </w:tr>
    </w:tbl>
    <w:p>
      <w:pPr>
        <w:spacing w:before="0" w:after="0" w:line="40" w:lineRule="exact"/>
      </w:pPr>
      <w:r>
        <w:rPr>
          <w:rFonts w:ascii="Arial" w:hAnsi="Arial"/>
          <w:b w:val="0"/>
          <w:i w:val="0"/>
          <w:color w:val="111827"/>
          <w:sz w:val="4"/>
        </w:rPr>
      </w:r>
    </w:p>
    <w:p>
      <w:pPr>
        <w:pageBreakBefore/>
        <w:spacing w:before="0" w:after="120"/>
      </w:pPr>
      <w:r>
        <w:rPr>
          <w:rFonts w:ascii="Arial" w:hAnsi="Arial"/>
          <w:b/>
          <w:i w:val="0"/>
          <w:color w:val="1F2937"/>
          <w:sz w:val="32"/>
        </w:rPr>
        <w:t>Your roof today</w:t>
      </w:r>
    </w:p>
    <w:p>
      <w:pPr>
        <w:tabs>
          <w:tab w:pos="10080" w:val="right" w:leader="underscore"/>
        </w:tabs>
        <w:spacing w:after="100"/>
      </w:pPr>
      <w:r>
        <w:rPr>
          <w:rFonts w:ascii="Arial" w:hAnsi="Arial"/>
          <w:b w:val="0"/>
          <w:i w:val="0"/>
          <w:color w:val="111827"/>
          <w:sz w:val="20"/>
        </w:rPr>
        <w:t xml:space="preserve">Roof age (approx)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after="100"/>
      </w:pPr>
      <w:r>
        <w:rPr>
          <w:rFonts w:ascii="Arial" w:hAnsi="Arial"/>
          <w:b w:val="0"/>
          <w:i w:val="0"/>
          <w:color w:val="111827"/>
          <w:sz w:val="20"/>
        </w:rPr>
        <w:t xml:space="preserve">Current material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after="100"/>
      </w:pPr>
      <w:r>
        <w:rPr>
          <w:rFonts w:ascii="Arial" w:hAnsi="Arial"/>
          <w:b w:val="0"/>
          <w:i w:val="0"/>
          <w:color w:val="111827"/>
          <w:sz w:val="20"/>
        </w:rPr>
        <w:t xml:space="preserve">Layers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after="100"/>
      </w:pPr>
      <w:r>
        <w:rPr>
          <w:rFonts w:ascii="Arial" w:hAnsi="Arial"/>
          <w:b w:val="0"/>
          <w:i w:val="0"/>
          <w:color w:val="111827"/>
          <w:sz w:val="20"/>
        </w:rPr>
        <w:t xml:space="preserve">Measured area (squares)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after="100"/>
      </w:pPr>
      <w:r>
        <w:rPr>
          <w:rFonts w:ascii="Arial" w:hAnsi="Arial"/>
          <w:b w:val="0"/>
          <w:i w:val="0"/>
          <w:color w:val="111827"/>
          <w:sz w:val="20"/>
        </w:rPr>
        <w:t xml:space="preserve">Pitch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PROBLEMS FOUND</w:t>
      </w:r>
    </w:p>
    <w:p>
      <w:pPr>
        <w:spacing w:before="0" w:after="80"/>
      </w:pPr>
      <w:r>
        <w:rPr>
          <w:rFonts w:ascii="Arial" w:hAnsi="Arial"/>
          <w:b w:val="0"/>
          <w:i/>
          <w:color w:val="6B7280"/>
          <w:sz w:val="18"/>
        </w:rPr>
        <w:t>Example: cracked pipe boot at rear; exposed nails on ridge; granule loss on south slope</w:t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•  </w:t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•  </w:t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•  </w:t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•  </w:t>
        <w:tab/>
      </w:r>
    </w:p>
    <w:p>
      <w:pPr>
        <w:tabs>
          <w:tab w:pos="10080" w:val="right" w:leader="underscore"/>
        </w:tabs>
        <w:spacing w:before="0" w:after="120"/>
      </w:pPr>
      <w:r>
        <w:rPr>
          <w:rFonts w:ascii="Arial" w:hAnsi="Arial"/>
          <w:b w:val="0"/>
          <w:i w:val="0"/>
          <w:color w:val="111827"/>
          <w:sz w:val="20"/>
        </w:rPr>
        <w:t xml:space="preserve">•  </w:t>
        <w:tab/>
      </w:r>
    </w:p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PHOTOS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4860"/>
        <w:gridCol w:w="360"/>
        <w:gridCol w:w="4860"/>
      </w:tblGrid>
      <w:tr>
        <w:trPr>
          <w:trHeight w:val="2520" w:hRule="exact"/>
        </w:trPr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  <w:tc>
          <w:tcPr>
            <w:tcW w:type="dxa" w:w="360"/>
          </w:tcPr>
          <w:p/>
        </w:tc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</w:tr>
      <w:tr>
        <w:trPr>
          <w:trHeight w:val="380" w:hRule="exact"/>
        </w:trPr>
        <w:tc>
          <w:tcPr>
            <w:tcW w:type="dxa" w:w="4860"/>
            <w:vAlign w:val="top"/>
          </w:tcPr>
          <w:p>
            <w:pPr>
              <w:tabs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Caption </w:t>
              <w:tab/>
            </w:r>
          </w:p>
        </w:tc>
        <w:tc>
          <w:tcPr>
            <w:tcW w:type="dxa" w:w="360"/>
          </w:tcPr>
          <w:p/>
        </w:tc>
        <w:tc>
          <w:tcPr>
            <w:tcW w:type="dxa" w:w="4860"/>
            <w:vAlign w:val="top"/>
          </w:tcPr>
          <w:p>
            <w:pPr>
              <w:tabs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Caption </w:t>
              <w:tab/>
            </w:r>
          </w:p>
        </w:tc>
      </w:tr>
      <w:tr>
        <w:trPr>
          <w:trHeight w:val="2520" w:hRule="exact"/>
        </w:trPr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  <w:tc>
          <w:tcPr>
            <w:tcW w:type="dxa" w:w="360"/>
          </w:tcPr>
          <w:p/>
        </w:tc>
        <w:tc>
          <w:tcPr>
            <w:tcW w:type="dxa" w:w="486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Photo</w:t>
            </w:r>
          </w:p>
        </w:tc>
      </w:tr>
      <w:tr>
        <w:trPr>
          <w:trHeight w:val="380" w:hRule="exact"/>
        </w:trPr>
        <w:tc>
          <w:tcPr>
            <w:tcW w:type="dxa" w:w="4860"/>
            <w:vAlign w:val="top"/>
          </w:tcPr>
          <w:p>
            <w:pPr>
              <w:tabs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Caption </w:t>
              <w:tab/>
            </w:r>
          </w:p>
        </w:tc>
        <w:tc>
          <w:tcPr>
            <w:tcW w:type="dxa" w:w="360"/>
          </w:tcPr>
          <w:p/>
        </w:tc>
        <w:tc>
          <w:tcPr>
            <w:tcW w:type="dxa" w:w="4860"/>
            <w:vAlign w:val="top"/>
          </w:tcPr>
          <w:p>
            <w:pPr>
              <w:tabs>
                <w:tab w:pos="4601" w:val="right" w:leader="underscore"/>
              </w:tabs>
              <w:spacing w:before="40" w:after="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Caption </w:t>
              <w:tab/>
            </w:r>
          </w:p>
        </w:tc>
      </w:tr>
    </w:tbl>
    <w:p>
      <w:pPr>
        <w:spacing w:before="0" w:after="0" w:line="40" w:lineRule="exact"/>
      </w:pPr>
      <w:r>
        <w:rPr>
          <w:rFonts w:ascii="Arial" w:hAnsi="Arial"/>
          <w:b w:val="0"/>
          <w:i w:val="0"/>
          <w:color w:val="111827"/>
          <w:sz w:val="4"/>
        </w:rPr>
      </w:r>
    </w:p>
    <w:p>
      <w:pPr>
        <w:pageBreakBefore/>
        <w:spacing w:before="0" w:after="120"/>
      </w:pPr>
      <w:r>
        <w:rPr>
          <w:rFonts w:ascii="Arial" w:hAnsi="Arial"/>
          <w:b/>
          <w:i w:val="0"/>
          <w:color w:val="1F2937"/>
          <w:sz w:val="32"/>
        </w:rPr>
        <w:t>Your options</w:t>
      </w:r>
    </w:p>
    <w:p>
      <w:pPr>
        <w:spacing w:before="0" w:after="120"/>
      </w:pPr>
      <w:r>
        <w:rPr>
          <w:rFonts w:ascii="Arial" w:hAnsi="Arial"/>
          <w:b w:val="0"/>
          <w:i/>
          <w:color w:val="6B7280"/>
          <w:sz w:val="18"/>
        </w:rPr>
        <w:t>Fill in: what each option uses, and its price. Delete a column if you offer fewer options.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2520"/>
        <w:gridCol w:w="2520"/>
        <w:gridCol w:w="2520"/>
        <w:gridCol w:w="2520"/>
      </w:tblGrid>
      <w:tr>
        <w:trPr>
          <w:trHeight w:val="440" w:hRule="exact"/>
        </w:trPr>
        <w:tc>
          <w:tcPr>
            <w:tcW w:type="dxa" w:w="2520"/>
            <w:shd w:val="clear" w:color="auto" w:fill="1F2937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</w:tcPr>
          <w:p/>
        </w:tc>
        <w:tc>
          <w:tcPr>
            <w:tcW w:type="dxa" w:w="2520"/>
            <w:shd w:val="clear" w:color="auto" w:fill="1F2937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GOOD</w:t>
            </w:r>
          </w:p>
        </w:tc>
        <w:tc>
          <w:tcPr>
            <w:tcW w:type="dxa" w:w="2520"/>
            <w:shd w:val="clear" w:color="auto" w:fill="1F2937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BETTER</w:t>
            </w:r>
          </w:p>
        </w:tc>
        <w:tc>
          <w:tcPr>
            <w:tcW w:type="dxa" w:w="2520"/>
            <w:shd w:val="clear" w:color="auto" w:fill="1F2937"/>
            <w:tcBorders>
              <w:top w:val="single" w:sz="6" w:color="1F2937"/>
              <w:left w:val="single" w:sz="6" w:color="1F2937"/>
              <w:bottom w:val="single" w:sz="6" w:color="1F2937"/>
              <w:right w:val="single" w:sz="6" w:color="1F2937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BEST</w:t>
            </w:r>
          </w:p>
        </w:tc>
      </w:tr>
      <w:tr>
        <w:trPr>
          <w:trHeight w:val="880" w:hRule="exact"/>
        </w:trPr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20"/>
              </w:rPr>
              <w:t>Shingle (brand, line)</w:t>
            </w:r>
          </w:p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880" w:hRule="exact"/>
        </w:trPr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20"/>
              </w:rPr>
              <w:t>Underlayment</w:t>
            </w:r>
          </w:p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</w:tcPr>
          <w:p/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</w:tcPr>
          <w:p/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</w:tcPr>
          <w:p/>
        </w:tc>
      </w:tr>
      <w:tr>
        <w:trPr>
          <w:trHeight w:val="880" w:hRule="exact"/>
        </w:trPr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20"/>
              </w:rPr>
              <w:t>Ventilation</w:t>
            </w:r>
          </w:p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880" w:hRule="exact"/>
        </w:trPr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20"/>
              </w:rPr>
              <w:t>Workmanship warranty (years)</w:t>
            </w:r>
          </w:p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</w:tcPr>
          <w:p/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</w:tcPr>
          <w:p/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</w:tcPr>
          <w:p/>
        </w:tc>
      </w:tr>
      <w:tr>
        <w:trPr>
          <w:trHeight w:val="880" w:hRule="exact"/>
        </w:trPr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20"/>
              </w:rPr>
              <w:t>Manufacturer warranty</w:t>
            </w:r>
          </w:p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/>
        </w:tc>
      </w:tr>
      <w:tr>
        <w:trPr>
          <w:trHeight w:val="680" w:hRule="exact"/>
        </w:trPr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i w:val="0"/>
                <w:color w:val="111827"/>
                <w:sz w:val="20"/>
              </w:rPr>
              <w:t>Price</w:t>
            </w:r>
          </w:p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111827"/>
                <w:sz w:val="24"/>
              </w:rPr>
              <w:t>$____</w:t>
            </w:r>
          </w:p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111827"/>
                <w:sz w:val="24"/>
              </w:rPr>
              <w:t>$____</w:t>
            </w:r>
          </w:p>
        </w:tc>
        <w:tc>
          <w:tcPr>
            <w:tcW w:type="dxa" w:w="2520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  <w:shd w:val="clear" w:color="auto" w:fill="F3F4F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i w:val="0"/>
                <w:color w:val="111827"/>
                <w:sz w:val="24"/>
              </w:rPr>
              <w:t>$____</w:t>
            </w:r>
          </w:p>
        </w:tc>
      </w:tr>
    </w:tbl>
    <w:p>
      <w:pPr>
        <w:spacing w:before="0" w:after="0" w:line="40" w:lineRule="exact"/>
      </w:pPr>
      <w:r>
        <w:rPr>
          <w:rFonts w:ascii="Arial" w:hAnsi="Arial"/>
          <w:b w:val="0"/>
          <w:i w:val="0"/>
          <w:color w:val="111827"/>
          <w:sz w:val="4"/>
        </w:rPr>
      </w:r>
    </w:p>
    <w:p>
      <w:pPr>
        <w:spacing w:before="240" w:after="80"/>
      </w:pPr>
      <w:r>
        <w:rPr>
          <w:rFonts w:ascii="Arial" w:hAnsi="Arial"/>
          <w:b/>
          <w:i w:val="0"/>
          <w:color w:val="111827"/>
          <w:sz w:val="20"/>
        </w:rPr>
        <w:t>Every option includes:</w:t>
      </w:r>
    </w:p>
    <w:p>
      <w:pPr>
        <w:spacing w:before="0" w:after="60"/>
        <w:ind w:left="360" w:hanging="245"/>
      </w:pPr>
      <w:r>
        <w:rPr>
          <w:rFonts w:ascii="Arial" w:hAnsi="Arial"/>
          <w:b w:val="0"/>
          <w:i w:val="0"/>
          <w:color w:val="111827"/>
          <w:sz w:val="20"/>
        </w:rPr>
        <w:t>•  Tear-off and disposal</w:t>
      </w:r>
    </w:p>
    <w:p>
      <w:pPr>
        <w:spacing w:before="0" w:after="60"/>
        <w:ind w:left="360" w:hanging="245"/>
      </w:pPr>
      <w:r>
        <w:rPr>
          <w:rFonts w:ascii="Arial" w:hAnsi="Arial"/>
          <w:b w:val="0"/>
          <w:i w:val="0"/>
          <w:color w:val="111827"/>
          <w:sz w:val="20"/>
        </w:rPr>
        <w:t>•  Decking replacement up to ____ sheets</w:t>
      </w:r>
    </w:p>
    <w:p>
      <w:pPr>
        <w:spacing w:before="0" w:after="60"/>
        <w:ind w:left="360" w:hanging="245"/>
      </w:pPr>
      <w:r>
        <w:rPr>
          <w:rFonts w:ascii="Arial" w:hAnsi="Arial"/>
          <w:b w:val="0"/>
          <w:i w:val="0"/>
          <w:color w:val="111827"/>
          <w:sz w:val="20"/>
        </w:rPr>
        <w:t>•  Ice and water shield at eaves and valleys</w:t>
      </w:r>
    </w:p>
    <w:p>
      <w:pPr>
        <w:spacing w:before="0" w:after="60"/>
        <w:ind w:left="360" w:hanging="245"/>
      </w:pPr>
      <w:r>
        <w:rPr>
          <w:rFonts w:ascii="Arial" w:hAnsi="Arial"/>
          <w:b w:val="0"/>
          <w:i w:val="0"/>
          <w:color w:val="111827"/>
          <w:sz w:val="20"/>
        </w:rPr>
        <w:t>•  New drip edge and pipe boots</w:t>
      </w:r>
    </w:p>
    <w:p>
      <w:pPr>
        <w:spacing w:before="0" w:after="60"/>
        <w:ind w:left="360" w:hanging="245"/>
      </w:pPr>
      <w:r>
        <w:rPr>
          <w:rFonts w:ascii="Arial" w:hAnsi="Arial"/>
          <w:b w:val="0"/>
          <w:i w:val="0"/>
          <w:color w:val="111827"/>
          <w:sz w:val="20"/>
        </w:rPr>
        <w:t>•  Daily cleanup and magnet sweep</w:t>
      </w:r>
    </w:p>
    <w:p>
      <w:pPr>
        <w:spacing w:before="0" w:after="60"/>
        <w:ind w:left="360" w:hanging="245"/>
      </w:pPr>
      <w:r>
        <w:rPr>
          <w:rFonts w:ascii="Arial" w:hAnsi="Arial"/>
          <w:b w:val="0"/>
          <w:i w:val="0"/>
          <w:color w:val="111827"/>
          <w:sz w:val="20"/>
        </w:rPr>
        <w:t>•  Permit and inspection</w:t>
      </w:r>
    </w:p>
    <w:p>
      <w:pPr>
        <w:spacing w:before="240" w:after="120"/>
      </w:pPr>
      <w:r>
        <w:rPr>
          <w:rFonts w:ascii="Arial" w:hAnsi="Arial"/>
          <w:b/>
          <w:i w:val="0"/>
          <w:color w:val="111827"/>
          <w:sz w:val="20"/>
        </w:rPr>
        <w:t>Not included:</w:t>
      </w:r>
    </w:p>
    <w:p>
      <w:pPr>
        <w:tabs>
          <w:tab w:pos="10080" w:val="right" w:leader="underscore"/>
        </w:tabs>
        <w:spacing w:before="0" w:after="160"/>
      </w:pP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10080" w:val="right" w:leader="underscore"/>
        </w:tabs>
        <w:spacing w:before="0" w:after="160"/>
      </w:pP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pageBreakBefore/>
        <w:spacing w:before="0" w:after="120"/>
      </w:pPr>
      <w:r>
        <w:rPr>
          <w:rFonts w:ascii="Arial" w:hAnsi="Arial"/>
          <w:b/>
          <w:i w:val="0"/>
          <w:color w:val="1F2937"/>
          <w:sz w:val="32"/>
        </w:rPr>
        <w:t>How the job goes</w:t>
      </w:r>
    </w:p>
    <w:p>
      <w:pPr>
        <w:tabs>
          <w:tab w:pos="432" w:val="left"/>
        </w:tabs>
        <w:spacing w:before="0" w:after="100"/>
        <w:ind w:left="432" w:hanging="432"/>
      </w:pPr>
      <w:r>
        <w:rPr>
          <w:rFonts w:ascii="Arial" w:hAnsi="Arial"/>
          <w:b/>
          <w:i w:val="0"/>
          <w:color w:val="111827"/>
          <w:sz w:val="20"/>
        </w:rPr>
        <w:t>1.</w:t>
        <w:tab/>
      </w:r>
      <w:r>
        <w:rPr>
          <w:rFonts w:ascii="Arial" w:hAnsi="Arial"/>
          <w:b w:val="0"/>
          <w:i w:val="0"/>
          <w:color w:val="111827"/>
          <w:sz w:val="20"/>
        </w:rPr>
        <w:t>You pick an option and sign the contract.</w:t>
      </w:r>
    </w:p>
    <w:p>
      <w:pPr>
        <w:tabs>
          <w:tab w:pos="432" w:val="left"/>
        </w:tabs>
        <w:spacing w:before="0" w:after="100"/>
        <w:ind w:left="432" w:hanging="432"/>
      </w:pPr>
      <w:r>
        <w:rPr>
          <w:rFonts w:ascii="Arial" w:hAnsi="Arial"/>
          <w:b/>
          <w:i w:val="0"/>
          <w:color w:val="111827"/>
          <w:sz w:val="20"/>
        </w:rPr>
        <w:t>2.</w:t>
        <w:tab/>
      </w:r>
      <w:r>
        <w:rPr>
          <w:rFonts w:ascii="Arial" w:hAnsi="Arial"/>
          <w:b w:val="0"/>
          <w:i w:val="0"/>
          <w:color w:val="111827"/>
          <w:sz w:val="20"/>
        </w:rPr>
        <w:t>You pay the deposit. We order the materials.</w:t>
      </w:r>
    </w:p>
    <w:p>
      <w:pPr>
        <w:tabs>
          <w:tab w:pos="432" w:val="left"/>
        </w:tabs>
        <w:spacing w:before="0" w:after="100"/>
        <w:ind w:left="432" w:hanging="432"/>
      </w:pPr>
      <w:r>
        <w:rPr>
          <w:rFonts w:ascii="Arial" w:hAnsi="Arial"/>
          <w:b/>
          <w:i w:val="0"/>
          <w:color w:val="111827"/>
          <w:sz w:val="20"/>
        </w:rPr>
        <w:t>3.</w:t>
        <w:tab/>
      </w:r>
      <w:r>
        <w:rPr>
          <w:rFonts w:ascii="Arial" w:hAnsi="Arial"/>
          <w:b w:val="0"/>
          <w:i w:val="0"/>
          <w:color w:val="111827"/>
          <w:sz w:val="20"/>
        </w:rPr>
        <w:t>We confirm the start date with you.</w:t>
      </w:r>
    </w:p>
    <w:p>
      <w:pPr>
        <w:tabs>
          <w:tab w:pos="432" w:val="left"/>
        </w:tabs>
        <w:spacing w:before="0" w:after="100"/>
        <w:ind w:left="432" w:hanging="432"/>
      </w:pPr>
      <w:r>
        <w:rPr>
          <w:rFonts w:ascii="Arial" w:hAnsi="Arial"/>
          <w:b/>
          <w:i w:val="0"/>
          <w:color w:val="111827"/>
          <w:sz w:val="20"/>
        </w:rPr>
        <w:t>4.</w:t>
        <w:tab/>
      </w:r>
      <w:r>
        <w:rPr>
          <w:rFonts w:ascii="Arial" w:hAnsi="Arial"/>
          <w:b w:val="0"/>
          <w:i w:val="0"/>
          <w:color w:val="111827"/>
          <w:sz w:val="20"/>
        </w:rPr>
        <w:t>We install the new roof. This usually takes ____ days.</w:t>
      </w:r>
    </w:p>
    <w:p>
      <w:pPr>
        <w:tabs>
          <w:tab w:pos="432" w:val="left"/>
        </w:tabs>
        <w:spacing w:before="0" w:after="100"/>
        <w:ind w:left="432" w:hanging="432"/>
      </w:pPr>
      <w:r>
        <w:rPr>
          <w:rFonts w:ascii="Arial" w:hAnsi="Arial"/>
          <w:b/>
          <w:i w:val="0"/>
          <w:color w:val="111827"/>
          <w:sz w:val="20"/>
        </w:rPr>
        <w:t>5.</w:t>
        <w:tab/>
      </w:r>
      <w:r>
        <w:rPr>
          <w:rFonts w:ascii="Arial" w:hAnsi="Arial"/>
          <w:b w:val="0"/>
          <w:i w:val="0"/>
          <w:color w:val="111827"/>
          <w:sz w:val="20"/>
        </w:rPr>
        <w:t>We do a final walk-through with you and clean up.</w:t>
      </w:r>
    </w:p>
    <w:p>
      <w:pPr>
        <w:tabs>
          <w:tab w:pos="432" w:val="left"/>
        </w:tabs>
        <w:spacing w:before="0" w:after="100"/>
        <w:ind w:left="432" w:hanging="432"/>
      </w:pPr>
      <w:r>
        <w:rPr>
          <w:rFonts w:ascii="Arial" w:hAnsi="Arial"/>
          <w:b/>
          <w:i w:val="0"/>
          <w:color w:val="111827"/>
          <w:sz w:val="20"/>
        </w:rPr>
        <w:t>6.</w:t>
        <w:tab/>
      </w:r>
      <w:r>
        <w:rPr>
          <w:rFonts w:ascii="Arial" w:hAnsi="Arial"/>
          <w:b w:val="0"/>
          <w:i w:val="0"/>
          <w:color w:val="111827"/>
          <w:sz w:val="20"/>
        </w:rPr>
        <w:t>We give you the warranty certificate and the invoice.</w:t>
      </w:r>
    </w:p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QUESTIONS PEOPLE ASK US</w:t>
      </w:r>
    </w:p>
    <w:p>
      <w:pPr>
        <w:spacing w:before="0" w:after="80"/>
      </w:pPr>
      <w:r>
        <w:rPr>
          <w:rFonts w:ascii="Arial" w:hAnsi="Arial"/>
          <w:b w:val="0"/>
          <w:i/>
          <w:color w:val="6B7280"/>
          <w:sz w:val="18"/>
        </w:rPr>
        <w:t>Example questions. Change them to the questions your customers ask, and write your answers.</w:t>
      </w:r>
    </w:p>
    <w:p>
      <w:pPr>
        <w:spacing w:before="120" w:after="60"/>
      </w:pPr>
      <w:r>
        <w:rPr>
          <w:rFonts w:ascii="Arial" w:hAnsi="Arial"/>
          <w:b/>
          <w:i w:val="0"/>
          <w:color w:val="111827"/>
          <w:sz w:val="20"/>
        </w:rPr>
        <w:t xml:space="preserve">Q: </w:t>
      </w:r>
      <w:r>
        <w:rPr>
          <w:rFonts w:ascii="Arial" w:hAnsi="Arial"/>
          <w:b/>
          <w:i w:val="0"/>
          <w:color w:val="111827"/>
          <w:sz w:val="20"/>
        </w:rPr>
        <w:t>Will you be here every day?</w:t>
      </w:r>
    </w:p>
    <w:p>
      <w:pPr>
        <w:tabs>
          <w:tab w:pos="10080" w:val="right" w:leader="underscore"/>
        </w:tabs>
        <w:spacing w:before="0" w:after="80"/>
      </w:pPr>
      <w:r>
        <w:rPr>
          <w:rFonts w:ascii="Arial" w:hAnsi="Arial"/>
          <w:b w:val="0"/>
          <w:i w:val="0"/>
          <w:color w:val="111827"/>
          <w:sz w:val="20"/>
        </w:rPr>
        <w:t xml:space="preserve">A: </w:t>
        <w:tab/>
      </w:r>
    </w:p>
    <w:p>
      <w:pPr>
        <w:tabs>
          <w:tab w:pos="10080" w:val="right" w:leader="underscore"/>
        </w:tabs>
        <w:spacing w:before="0" w:after="80"/>
      </w:pP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pacing w:before="120" w:after="60"/>
      </w:pPr>
      <w:r>
        <w:rPr>
          <w:rFonts w:ascii="Arial" w:hAnsi="Arial"/>
          <w:b/>
          <w:i w:val="0"/>
          <w:color w:val="111827"/>
          <w:sz w:val="20"/>
        </w:rPr>
        <w:t xml:space="preserve">Q: </w:t>
      </w:r>
      <w:r>
        <w:rPr>
          <w:rFonts w:ascii="Arial" w:hAnsi="Arial"/>
          <w:b/>
          <w:i w:val="0"/>
          <w:color w:val="111827"/>
          <w:sz w:val="20"/>
        </w:rPr>
        <w:t>What about my gutters and landscaping?</w:t>
      </w:r>
    </w:p>
    <w:p>
      <w:pPr>
        <w:tabs>
          <w:tab w:pos="10080" w:val="right" w:leader="underscore"/>
        </w:tabs>
        <w:spacing w:before="0" w:after="80"/>
      </w:pPr>
      <w:r>
        <w:rPr>
          <w:rFonts w:ascii="Arial" w:hAnsi="Arial"/>
          <w:b w:val="0"/>
          <w:i w:val="0"/>
          <w:color w:val="111827"/>
          <w:sz w:val="20"/>
        </w:rPr>
        <w:t xml:space="preserve">A: </w:t>
        <w:tab/>
      </w:r>
    </w:p>
    <w:p>
      <w:pPr>
        <w:tabs>
          <w:tab w:pos="10080" w:val="right" w:leader="underscore"/>
        </w:tabs>
        <w:spacing w:before="0" w:after="80"/>
      </w:pP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pacing w:before="120" w:after="60"/>
      </w:pPr>
      <w:r>
        <w:rPr>
          <w:rFonts w:ascii="Arial" w:hAnsi="Arial"/>
          <w:b/>
          <w:i w:val="0"/>
          <w:color w:val="111827"/>
          <w:sz w:val="20"/>
        </w:rPr>
        <w:t xml:space="preserve">Q: </w:t>
      </w:r>
      <w:r>
        <w:rPr>
          <w:rFonts w:ascii="Arial" w:hAnsi="Arial"/>
          <w:b/>
          <w:i w:val="0"/>
          <w:color w:val="111827"/>
          <w:sz w:val="20"/>
        </w:rPr>
        <w:t>What if it rains?</w:t>
      </w:r>
    </w:p>
    <w:p>
      <w:pPr>
        <w:tabs>
          <w:tab w:pos="10080" w:val="right" w:leader="underscore"/>
        </w:tabs>
        <w:spacing w:before="0" w:after="80"/>
      </w:pPr>
      <w:r>
        <w:rPr>
          <w:rFonts w:ascii="Arial" w:hAnsi="Arial"/>
          <w:b w:val="0"/>
          <w:i w:val="0"/>
          <w:color w:val="111827"/>
          <w:sz w:val="20"/>
        </w:rPr>
        <w:t xml:space="preserve">A: </w:t>
        <w:tab/>
      </w:r>
    </w:p>
    <w:p>
      <w:pPr>
        <w:tabs>
          <w:tab w:pos="10080" w:val="right" w:leader="underscore"/>
        </w:tabs>
        <w:spacing w:before="0" w:after="80"/>
      </w:pP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tabs>
          <w:tab w:pos="6048" w:val="left" w:leader="underscore"/>
        </w:tabs>
        <w:spacing w:before="280" w:after="120"/>
      </w:pPr>
      <w:r>
        <w:rPr>
          <w:rFonts w:ascii="Arial" w:hAnsi="Arial"/>
          <w:b/>
          <w:i w:val="0"/>
          <w:color w:val="111827"/>
          <w:sz w:val="20"/>
        </w:rPr>
        <w:t xml:space="preserve">This proposal is valid until </w:t>
        <w:tab/>
        <w:t>.</w:t>
      </w:r>
    </w:p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ACCEPT THIS PROPOSAL</w:t>
      </w:r>
    </w:p>
    <w:p>
      <w:pPr>
        <w:spacing w:before="0" w:after="0"/>
      </w:pPr>
      <w:r>
        <w:rPr>
          <w:rFonts w:ascii="Arial" w:hAnsi="Arial"/>
          <w:b w:val="0"/>
          <w:i w:val="0"/>
          <w:color w:val="111827"/>
          <w:sz w:val="20"/>
        </w:rPr>
        <w:t xml:space="preserve">Accept option:   </w:t>
      </w:r>
      <w:r>
        <w:rPr>
          <w:rFonts w:ascii="Arial" w:hAnsi="Arial"/>
          <w:b w:val="0"/>
          <w:i w:val="0"/>
          <w:color w:val="111827"/>
          <w:sz w:val="20"/>
        </w:rPr>
        <w:t>☐ Good   ☐ Better   ☐ Best</w:t>
      </w:r>
    </w:p>
    <w:p>
      <w:pPr>
        <w:tabs>
          <w:tab w:pos="6192" w:val="left" w:leader="underscore"/>
          <w:tab w:pos="6768" w:val="left"/>
          <w:tab w:pos="10080" w:val="right" w:leader="underscore"/>
        </w:tabs>
        <w:spacing w:before="280"/>
      </w:pPr>
      <w:r>
        <w:rPr>
          <w:rFonts w:ascii="Arial" w:hAnsi="Arial"/>
          <w:b w:val="0"/>
          <w:i w:val="0"/>
          <w:color w:val="111827"/>
          <w:sz w:val="20"/>
        </w:rPr>
        <w:t xml:space="preserve">Customer signature </w:t>
        <w:tab/>
        <w:tab/>
        <w:t xml:space="preserve">Date </w:t>
        <w:tab/>
      </w:r>
    </w:p>
    <w:p>
      <w:pPr>
        <w:spacing w:before="160" w:after="0"/>
      </w:pPr>
      <w:r>
        <w:rPr>
          <w:rFonts w:ascii="Arial" w:hAnsi="Arial"/>
          <w:b w:val="0"/>
          <w:i w:val="0"/>
          <w:color w:val="111827"/>
          <w:sz w:val="18"/>
        </w:rPr>
        <w:t>Signing here tells us which option you want. The contract we sign next sets out the full terms.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B7280"/>
        <w:sz w:val="14"/>
      </w:rPr>
      <w:t>Template by The Roofing List · theroofinglist.com/for-roofers/templates/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proposal</dc:title>
  <dc:subject>Roofing proposal template</dc:subject>
  <dc:creator/>
  <cp:keywords/>
  <dc:description>Template by The Roofing List · theroofinglist.com/for-roofers/templates/ · CC BY 4.0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