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2304"/>
        <w:jc w:val="center"/>
        <w:tblLook w:firstColumn="1" w:firstRow="1" w:lastColumn="0" w:lastRow="0" w:noHBand="0" w:noVBand="1" w:val="04A0"/>
        <w:tblBorders>
          <w:top w:val="single" w:sz="4" w:color="9CA3AF"/>
          <w:left w:val="single" w:sz="4" w:color="9CA3AF"/>
          <w:bottom w:val="single" w:sz="4" w:color="9CA3AF"/>
          <w:right w:val="single" w:sz="4" w:color="9CA3AF"/>
          <w:insideH w:val="single" w:sz="4" w:color="9CA3AF"/>
          <w:insideV w:val="single" w:sz="4" w:color="9CA3AF"/>
        </w:tblBorders>
      </w:tblPr>
      <w:tblGrid>
        <w:gridCol w:w="2304"/>
      </w:tblGrid>
      <w:tr>
        <w:trPr>
          <w:trHeight w:val="1296" w:hRule="atLeast"/>
        </w:trPr>
        <w:tc>
          <w:tcPr>
            <w:tcW w:type="dxa" w:w="2304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18"/>
              </w:rPr>
              <w:t>Your logo</w:t>
            </w:r>
          </w:p>
        </w:tc>
      </w:tr>
    </w:tbl>
    <w:p>
      <w:pPr>
        <w:spacing w:after="80" w:before="200"/>
        <w:jc w:val="center"/>
      </w:pPr>
      <w:r>
        <w:rPr>
          <w:rFonts w:ascii="Arial" w:hAnsi="Arial"/>
          <w:b/>
          <w:i w:val="0"/>
          <w:color w:val="111827"/>
          <w:sz w:val="52"/>
        </w:rPr>
        <w:t>Your company name</w:t>
      </w:r>
    </w:p>
    <w:p>
      <w:pPr>
        <w:spacing w:after="40" w:before="0"/>
        <w:jc w:val="center"/>
      </w:pPr>
      <w:r>
        <w:rPr>
          <w:rFonts w:ascii="Arial" w:hAnsi="Arial"/>
          <w:b w:val="0"/>
          <w:i w:val="0"/>
          <w:color w:val="111827"/>
          <w:sz w:val="18"/>
        </w:rPr>
        <w:t>Address ______________________________   Phone __________________</w:t>
      </w:r>
    </w:p>
    <w:p>
      <w:pPr>
        <w:spacing w:after="40" w:before="0"/>
        <w:jc w:val="center"/>
      </w:pPr>
      <w:r>
        <w:rPr>
          <w:rFonts w:ascii="Arial" w:hAnsi="Arial"/>
          <w:b w:val="0"/>
          <w:i w:val="0"/>
          <w:color w:val="111827"/>
          <w:sz w:val="18"/>
        </w:rPr>
        <w:t>Email _______________________   License # / registration # __________________</w:t>
      </w:r>
    </w:p>
    <w:p>
      <w:pPr>
        <w:spacing w:after="280" w:before="360"/>
        <w:jc w:val="center"/>
      </w:pPr>
      <w:r>
        <w:rPr>
          <w:rFonts w:ascii="Arial" w:hAnsi="Arial"/>
          <w:b/>
          <w:i w:val="0"/>
          <w:color w:val="1F2937"/>
          <w:sz w:val="36"/>
        </w:rPr>
        <w:t>WORKMANSHIP WARRANTY</w:t>
      </w:r>
    </w:p>
    <w:p>
      <w:pPr>
        <w:spacing w:after="360" w:before="0"/>
        <w:jc w:val="center"/>
      </w:pPr>
      <w:r>
        <w:rPr>
          <w:rFonts w:ascii="Arial" w:hAnsi="Arial"/>
          <w:b w:val="0"/>
          <w:i w:val="0"/>
          <w:color w:val="111827"/>
          <w:sz w:val="22"/>
        </w:rPr>
        <w:t>Issued to __________________________ for the roof at __________________________</w:t>
      </w:r>
    </w:p>
    <w:p>
      <w:pPr>
        <w:spacing w:after="360" w:before="0"/>
        <w:jc w:val="center"/>
      </w:pPr>
      <w:r>
        <w:rPr>
          <w:rFonts w:ascii="Arial" w:hAnsi="Arial"/>
          <w:b w:val="0"/>
          <w:i w:val="0"/>
          <w:color w:val="111827"/>
          <w:sz w:val="22"/>
        </w:rPr>
        <w:t>Work completed on __________________</w:t>
      </w:r>
    </w:p>
    <w:p>
      <w:pPr>
        <w:spacing w:after="80" w:before="0"/>
        <w:jc w:val="center"/>
      </w:pPr>
      <w:r>
        <w:rPr>
          <w:rFonts w:ascii="Arial" w:hAnsi="Arial"/>
          <w:b/>
          <w:i w:val="0"/>
          <w:color w:val="111827"/>
          <w:sz w:val="22"/>
        </w:rPr>
        <w:t>Roofing system installed:</w:t>
      </w:r>
    </w:p>
    <w:p>
      <w:pPr>
        <w:spacing w:after="0" w:before="0"/>
        <w:jc w:val="center"/>
      </w:pPr>
      <w:r>
        <w:rPr>
          <w:rFonts w:ascii="Arial" w:hAnsi="Arial"/>
          <w:b w:val="0"/>
          <w:i w:val="0"/>
          <w:color w:val="111827"/>
          <w:sz w:val="22"/>
        </w:rPr>
        <w:t>_______________________, __________________, ________________</w:t>
      </w:r>
    </w:p>
    <w:p>
      <w:pPr>
        <w:spacing w:after="240" w:before="0"/>
        <w:jc w:val="center"/>
      </w:pPr>
      <w:r>
        <w:rPr>
          <w:rFonts w:ascii="Arial" w:hAnsi="Arial"/>
          <w:b w:val="0"/>
          <w:i w:val="0"/>
          <w:color w:val="6B7280"/>
          <w:sz w:val="16"/>
        </w:rPr>
        <w:t>(shingle brand and line)                  (underlayment)                  (ventilation)</w:t>
      </w:r>
    </w:p>
    <w:p>
      <w:pPr>
        <w:spacing w:after="360" w:before="0"/>
        <w:jc w:val="center"/>
      </w:pPr>
      <w:r>
        <w:rPr>
          <w:rFonts w:ascii="Arial" w:hAnsi="Arial"/>
          <w:b w:val="0"/>
          <w:i w:val="0"/>
          <w:color w:val="111827"/>
          <w:sz w:val="22"/>
        </w:rPr>
        <w:t>This warranty runs for ______ years from the completion date, until ________________.</w:t>
      </w:r>
    </w:p>
    <w:p>
      <w:pPr>
        <w:spacing w:after="80" w:before="0"/>
        <w:jc w:val="center"/>
      </w:pPr>
      <w:r>
        <w:rPr>
          <w:rFonts w:ascii="Arial" w:hAnsi="Arial"/>
          <w:b w:val="0"/>
          <w:i w:val="0"/>
          <w:color w:val="111827"/>
          <w:sz w:val="22"/>
        </w:rPr>
        <w:t>Manufacturer warranty: ___________________________  Registration # _______________</w:t>
      </w:r>
    </w:p>
    <w:p>
      <w:pPr>
        <w:spacing w:after="440" w:before="0"/>
        <w:jc w:val="center"/>
      </w:pPr>
      <w:r>
        <w:rPr>
          <w:rFonts w:ascii="Arial" w:hAnsi="Arial"/>
          <w:b w:val="0"/>
          <w:i w:val="0"/>
          <w:color w:val="111827"/>
          <w:sz w:val="22"/>
        </w:rPr>
        <w:t>Register it at the manufacturer's site; we gave you the paperwork.</w:t>
      </w:r>
    </w:p>
    <w:tbl>
      <w:tblPr>
        <w:tblW w:type="dxa" w:w="9216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08"/>
        <w:gridCol w:w="4608"/>
      </w:tblGrid>
      <w:tr>
        <w:tc>
          <w:tcPr>
            <w:tcW w:type="dxa" w:w="4608"/>
          </w:tcPr>
          <w:p>
            <w:pPr>
              <w:spacing w:after="0"/>
            </w:pPr>
          </w:p>
          <w:p>
            <w:pPr>
              <w:tabs>
                <w:tab w:pos="4320" w:val="right" w:leader="underscore"/>
              </w:tabs>
              <w:spacing w:after="200" w:before="80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Signature </w:t>
            </w: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ab/>
            </w:r>
          </w:p>
        </w:tc>
        <w:tc>
          <w:tcPr>
            <w:tcW w:type="dxa" w:w="4608"/>
          </w:tcPr>
          <w:p>
            <w:pPr>
              <w:spacing w:after="0"/>
            </w:pPr>
          </w:p>
          <w:p>
            <w:pPr>
              <w:tabs>
                <w:tab w:pos="4320" w:val="right" w:leader="underscore"/>
              </w:tabs>
              <w:spacing w:after="200" w:before="80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Name </w:t>
            </w: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ab/>
            </w:r>
          </w:p>
        </w:tc>
      </w:tr>
      <w:tr>
        <w:tc>
          <w:tcPr>
            <w:tcW w:type="dxa" w:w="4608"/>
          </w:tcPr>
          <w:p>
            <w:pPr>
              <w:spacing w:after="0"/>
            </w:pPr>
          </w:p>
          <w:p>
            <w:pPr>
              <w:tabs>
                <w:tab w:pos="4320" w:val="right" w:leader="underscore"/>
              </w:tabs>
              <w:spacing w:after="200" w:before="80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Title </w:t>
            </w: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ab/>
            </w:r>
          </w:p>
        </w:tc>
        <w:tc>
          <w:tcPr>
            <w:tcW w:type="dxa" w:w="4608"/>
          </w:tcPr>
          <w:p>
            <w:pPr>
              <w:spacing w:after="0"/>
            </w:pPr>
          </w:p>
          <w:p>
            <w:pPr>
              <w:tabs>
                <w:tab w:pos="4320" w:val="right" w:leader="underscore"/>
              </w:tabs>
              <w:spacing w:after="200" w:before="80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Date </w:t>
            </w: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ab/>
            </w:r>
          </w:p>
        </w:tc>
      </w:tr>
    </w:tbl>
    <w:p>
      <w:pPr>
        <w:spacing w:after="120" w:before="0"/>
      </w:pPr>
      <w:r>
        <w:rPr>
          <w:rFonts w:ascii="Arial" w:hAnsi="Arial"/>
          <w:b w:val="0"/>
          <w:i w:val="0"/>
          <w:color w:val="111827"/>
          <w:sz w:val="20"/>
        </w:rPr>
      </w:r>
    </w:p>
    <w:p>
      <w:pPr>
        <w:tabs>
          <w:tab w:pos="4320" w:val="right" w:leader="underscore"/>
        </w:tabs>
        <w:spacing w:after="120" w:before="0"/>
        <w:ind w:left="432"/>
      </w:pPr>
      <w:r>
        <w:rPr>
          <w:rFonts w:ascii="Arial" w:hAnsi="Arial"/>
          <w:b w:val="0"/>
          <w:i w:val="0"/>
          <w:color w:val="111827"/>
          <w:sz w:val="20"/>
        </w:rPr>
        <w:t xml:space="preserve">Certificate # </w:t>
      </w:r>
      <w:r>
        <w:rPr>
          <w:rFonts w:ascii="Arial" w:hAnsi="Arial"/>
          <w:b w:val="0"/>
          <w:i w:val="0"/>
          <w:color w:val="111827"/>
          <w:sz w:val="20"/>
        </w:rPr>
        <w:tab/>
      </w:r>
    </w:p>
    <w:p>
      <w:pPr>
        <w:sectPr>
          <w:footerReference w:type="default" r:id="rId9"/>
          <w:pgSz w:w="12240" w:h="15840"/>
          <w:pgMar w:top="1080" w:right="1080" w:bottom="1080" w:left="1080" w:header="720" w:footer="720" w:gutter="0"/>
          <w:pgBorders w:offsetFrom="page">
            <w:top w:val="double" w:sz="18" w:space="18" w:color="1F2937"/>
            <w:left w:val="double" w:sz="18" w:space="18" w:color="1F2937"/>
            <w:bottom w:val="double" w:sz="18" w:space="18" w:color="1F2937"/>
            <w:right w:val="double" w:sz="18" w:space="18" w:color="1F2937"/>
          </w:pgBorders>
          <w:cols w:space="720"/>
          <w:docGrid w:linePitch="360"/>
        </w:sectPr>
      </w:pPr>
    </w:p>
    <w:p>
      <w:pPr>
        <w:spacing w:after="0" w:before="0"/>
      </w:pPr>
      <w:r>
        <w:rPr>
          <w:rFonts w:ascii="Arial" w:hAnsi="Arial"/>
          <w:b/>
          <w:i w:val="0"/>
          <w:color w:val="111827"/>
          <w:sz w:val="40"/>
        </w:rPr>
        <w:t>Your company name</w:t>
      </w:r>
    </w:p>
    <w:p>
      <w:pPr>
        <w:spacing w:after="80" w:before="0"/>
      </w:pPr>
      <w:r>
        <w:rPr>
          <w:rFonts w:ascii="Arial" w:hAnsi="Arial"/>
          <w:b/>
          <w:i w:val="0"/>
          <w:color w:val="1F2937"/>
          <w:sz w:val="24"/>
        </w:rPr>
        <w:t>WORKMANSHIP WARRANTY: WARRANTY TERMS</w:t>
      </w:r>
    </w:p>
    <w:p>
      <w:pPr>
        <w:tabs>
          <w:tab w:pos="3744" w:val="left" w:leader="underscore"/>
          <w:tab w:pos="4032" w:val="left"/>
          <w:tab w:pos="10080" w:val="right" w:leader="underscore"/>
        </w:tabs>
        <w:spacing w:after="160"/>
      </w:pPr>
      <w:r>
        <w:rPr>
          <w:rFonts w:ascii="Arial" w:hAnsi="Arial"/>
          <w:b w:val="0"/>
          <w:i w:val="0"/>
          <w:color w:val="111827"/>
          <w:sz w:val="20"/>
        </w:rPr>
        <w:t xml:space="preserve">Certificate # </w:t>
      </w:r>
      <w:r>
        <w:rPr>
          <w:rFonts w:ascii="Arial" w:hAnsi="Arial"/>
          <w:b w:val="0"/>
          <w:i w:val="0"/>
          <w:color w:val="111827"/>
          <w:sz w:val="20"/>
        </w:rPr>
        <w:tab/>
      </w:r>
      <w:r>
        <w:rPr>
          <w:rFonts w:ascii="Arial" w:hAnsi="Arial"/>
          <w:b w:val="0"/>
          <w:i w:val="0"/>
          <w:color w:val="111827"/>
          <w:sz w:val="20"/>
        </w:rPr>
        <w:tab/>
        <w:t xml:space="preserve">Customer </w:t>
      </w:r>
      <w:r>
        <w:rPr>
          <w:rFonts w:ascii="Arial" w:hAnsi="Arial"/>
          <w:b w:val="0"/>
          <w:i w:val="0"/>
          <w:color w:val="111827"/>
          <w:sz w:val="20"/>
        </w:rPr>
        <w:tab/>
      </w:r>
    </w:p>
    <w:p>
      <w:pPr>
        <w:spacing w:before="160" w:after="80"/>
        <w:keepNext/>
        <w:shd w:val="clear" w:color="auto" w:fill="1F2937"/>
      </w:pPr>
      <w:r>
        <w:rPr>
          <w:rFonts w:ascii="Arial" w:hAnsi="Arial"/>
          <w:b/>
          <w:i w:val="0"/>
          <w:color w:val="FFFFFF"/>
          <w:sz w:val="20"/>
        </w:rPr>
        <w:t xml:space="preserve"> 1. WHAT WE COVER</w:t>
      </w:r>
    </w:p>
    <w:p>
      <w:pPr>
        <w:spacing w:after="80" w:before="0"/>
      </w:pPr>
      <w:r>
        <w:rPr>
          <w:rFonts w:ascii="Arial" w:hAnsi="Arial"/>
          <w:b w:val="0"/>
          <w:i w:val="0"/>
          <w:color w:val="111827"/>
          <w:sz w:val="20"/>
        </w:rPr>
        <w:t>Leaks and defects caused by our installation, including flashing, fasteners, and penetrations we installed. We repair at no charge.</w:t>
      </w:r>
    </w:p>
    <w:p>
      <w:pPr>
        <w:spacing w:before="160" w:after="80"/>
        <w:keepNext/>
        <w:shd w:val="clear" w:color="auto" w:fill="1F2937"/>
      </w:pPr>
      <w:r>
        <w:rPr>
          <w:rFonts w:ascii="Arial" w:hAnsi="Arial"/>
          <w:b/>
          <w:i w:val="0"/>
          <w:color w:val="FFFFFF"/>
          <w:sz w:val="20"/>
        </w:rPr>
        <w:t xml:space="preserve"> 2. WHAT WE DO NOT COVER</w:t>
      </w:r>
    </w:p>
    <w:p>
      <w:pPr>
        <w:spacing w:after="80" w:before="0"/>
      </w:pPr>
      <w:r>
        <w:rPr>
          <w:rFonts w:ascii="Arial" w:hAnsi="Arial"/>
          <w:b w:val="0"/>
          <w:i w:val="0"/>
          <w:color w:val="111827"/>
          <w:sz w:val="20"/>
        </w:rPr>
        <w:t>Storm, hail, wind over the shingle's rating, falling objects, foot traffic by others, other trades' work (satellite, solar, HVAC), lack of maintenance (gutters, debris), ponding on flat roofs from structure movement, pre-existing conditions we noted in writing, and material defects (those go to the manufacturer; we help you file).</w:t>
      </w:r>
    </w:p>
    <w:p>
      <w:pPr>
        <w:spacing w:before="160" w:after="80"/>
        <w:keepNext/>
        <w:shd w:val="clear" w:color="auto" w:fill="1F2937"/>
      </w:pPr>
      <w:r>
        <w:rPr>
          <w:rFonts w:ascii="Arial" w:hAnsi="Arial"/>
          <w:b/>
          <w:i w:val="0"/>
          <w:color w:val="FFFFFF"/>
          <w:sz w:val="20"/>
        </w:rPr>
        <w:t xml:space="preserve"> 3. WHAT YOU DO</w:t>
      </w:r>
    </w:p>
    <w:p>
      <w:pPr>
        <w:spacing w:after="80" w:before="0"/>
      </w:pPr>
      <w:r>
        <w:rPr>
          <w:rFonts w:ascii="Arial" w:hAnsi="Arial"/>
          <w:b w:val="0"/>
          <w:i w:val="0"/>
          <w:color w:val="111827"/>
          <w:sz w:val="20"/>
        </w:rPr>
        <w:t>Tell us within ____ days of noticing a leak; allow access; keep gutters clear; do not let others walk the roof without telling us.</w:t>
      </w:r>
    </w:p>
    <w:p>
      <w:pPr>
        <w:spacing w:before="160" w:after="80"/>
        <w:keepNext/>
        <w:shd w:val="clear" w:color="auto" w:fill="1F2937"/>
      </w:pPr>
      <w:r>
        <w:rPr>
          <w:rFonts w:ascii="Arial" w:hAnsi="Arial"/>
          <w:b/>
          <w:i w:val="0"/>
          <w:color w:val="FFFFFF"/>
          <w:sz w:val="20"/>
        </w:rPr>
        <w:t xml:space="preserve"> 4. TRANSFER</w:t>
      </w:r>
    </w:p>
    <w:p>
      <w:pPr>
        <w:spacing w:after="60" w:before="0"/>
        <w:ind w:left="360" w:hanging="360"/>
      </w:pPr>
      <w:r>
        <w:rPr>
          <w:rFonts w:ascii="Arial" w:hAnsi="Arial"/>
          <w:b w:val="0"/>
          <w:i w:val="0"/>
          <w:color w:val="111827"/>
          <w:sz w:val="20"/>
        </w:rPr>
        <w:t>☐ transferable once to a new owner within the term</w:t>
      </w:r>
    </w:p>
    <w:p>
      <w:pPr>
        <w:spacing w:after="60" w:before="0"/>
        <w:ind w:left="360" w:hanging="360"/>
      </w:pPr>
      <w:r>
        <w:rPr>
          <w:rFonts w:ascii="Arial" w:hAnsi="Arial"/>
          <w:b w:val="0"/>
          <w:i w:val="0"/>
          <w:color w:val="111827"/>
          <w:sz w:val="20"/>
        </w:rPr>
        <w:t>☐ not transferable</w:t>
      </w:r>
    </w:p>
    <w:p>
      <w:pPr>
        <w:spacing w:after="80" w:before="0"/>
      </w:pPr>
      <w:r>
        <w:rPr>
          <w:rFonts w:ascii="Arial" w:hAnsi="Arial"/>
          <w:b w:val="0"/>
          <w:i/>
          <w:color w:val="6B7280"/>
          <w:sz w:val="18"/>
        </w:rPr>
        <w:t>(Tick one.)</w:t>
      </w:r>
    </w:p>
    <w:p>
      <w:pPr>
        <w:spacing w:before="160" w:after="80"/>
        <w:keepNext/>
        <w:shd w:val="clear" w:color="auto" w:fill="1F2937"/>
      </w:pPr>
      <w:r>
        <w:rPr>
          <w:rFonts w:ascii="Arial" w:hAnsi="Arial"/>
          <w:b/>
          <w:i w:val="0"/>
          <w:color w:val="FFFFFF"/>
          <w:sz w:val="20"/>
        </w:rPr>
        <w:t xml:space="preserve"> 5. REPAIRS</w:t>
      </w:r>
    </w:p>
    <w:p>
      <w:pPr>
        <w:spacing w:after="80" w:before="0"/>
      </w:pPr>
      <w:r>
        <w:rPr>
          <w:rFonts w:ascii="Arial" w:hAnsi="Arial"/>
          <w:b w:val="0"/>
          <w:i w:val="0"/>
          <w:color w:val="111827"/>
          <w:sz w:val="20"/>
        </w:rPr>
        <w:t>Repairs we make under this warranty do not extend the term.</w:t>
      </w:r>
    </w:p>
    <w:p>
      <w:pPr>
        <w:spacing w:before="160" w:after="80"/>
        <w:keepNext/>
        <w:shd w:val="clear" w:color="auto" w:fill="1F2937"/>
      </w:pPr>
      <w:r>
        <w:rPr>
          <w:rFonts w:ascii="Arial" w:hAnsi="Arial"/>
          <w:b/>
          <w:i w:val="0"/>
          <w:color w:val="FFFFFF"/>
          <w:sz w:val="20"/>
        </w:rPr>
        <w:t xml:space="preserve"> 6. THIS IS THE WHOLE WARRANTY</w:t>
      </w:r>
    </w:p>
    <w:p>
      <w:pPr>
        <w:spacing w:after="80" w:before="0"/>
      </w:pPr>
      <w:r>
        <w:rPr>
          <w:rFonts w:ascii="Arial" w:hAnsi="Arial"/>
          <w:b w:val="0"/>
          <w:i w:val="0"/>
          <w:color w:val="111827"/>
          <w:sz w:val="20"/>
        </w:rPr>
        <w:t>This warranty is the only workmanship warranty we give; it replaces any spoken promise.</w:t>
      </w:r>
    </w:p>
    <w:sectPr w:rsidR="00FC693F" w:rsidRPr="0006063C" w:rsidSect="00034616">
      <w:pgSz w:w="12240" w:h="15840"/>
      <w:pgMar w:top="1080" w:right="1080" w:bottom="1080" w:left="1080" w:header="720" w:footer="720" w:gutter="0"/>
      <w:pgBorders w:offsetFrom="page">
        <w:top w:val="double" w:sz="18" w:space="18" w:color="1F2937"/>
        <w:left w:val="double" w:sz="18" w:space="18" w:color="1F2937"/>
        <w:bottom w:val="double" w:sz="18" w:space="18" w:color="1F2937"/>
        <w:right w:val="double" w:sz="18" w:space="18" w:color="1F2937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/>
        <w:color w:val="6B7280"/>
        <w:sz w:val="16"/>
      </w:rPr>
      <w:t>This template is a starting point. Have a lawyer in your state read your final contract.</w:t>
    </w:r>
  </w:p>
  <w:p>
    <w:pPr>
      <w:jc w:val="center"/>
    </w:pPr>
    <w:r>
      <w:rPr>
        <w:rFonts w:ascii="Arial" w:hAnsi="Arial"/>
        <w:b w:val="0"/>
        <w:i w:val="0"/>
        <w:color w:val="6B7280"/>
        <w:sz w:val="14"/>
      </w:rPr>
      <w:t>Template by The Roofing List · theroofinglist.com/for-roofers/templates/ · CC BY 4.0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color w:val="11182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workmanship warranty</dc:title>
  <dc:subject>Roofing workmanship warranty certificate template</dc:subject>
  <dc:creator/>
  <cp:keywords/>
  <dc:description>Template by The Roofing List · theroofinglist.com/for-roofers/templates/ · CC BY 4.0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